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בבטיחות בדרכים ובחוסן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נכונה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לנושא היציאה למסע לטבריה ולכנרת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יכולת להתמודד ולהתאושש מקושי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להעלות מודעות לבטיחות בכביש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לטבריה ולכנרת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לחכות לרמזור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תשומת לב לצרכים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מזג האוויר והציוד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חוסן הוא היכולת להתמודד עם קושי, לא להימנע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הזהירות בדרכים כוללת גם הולכי רגל וגם 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חשיבה מראש מפחיתה סיכונים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אכפתיות חשובה כלפי כל אדם בסביבה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תכנון מראש מגביר את הבטיחות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קבלת החלטות נכונה היא חלק מרכזי מהתנהגות בטיחותית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אכפתיות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קבלת החלטות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(התמודדות עם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(תשומת לב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(דרך מתוכננת לנסיעה)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(בחירה מחושבת בין אפשרויות)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(מצב של סכנה אפשרית)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לפני יציאה למסע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את מזג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ציוד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לתכנן את המסלול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ליידע מבוגר אחראי על התוכנית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לצאת לדרך 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מצב, את ההחלטה שהתקבלה ואת הסיבות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לעזור לחבר שמתעייף, לשתף ציוד, להקשיב לצרכים של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התמודדות והתאוששות מקושי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חציה במעבר חציה או בהמתנה לרמזור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להימנע מסיכונים ולהגיע בבטחה ליעד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בהקרנת המצגת ולקשר את הדף לתוכנה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חוויות אישיות הקשורות לבטיחות ולחוסן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בשבוע זה אנחנו עוסקים בזהירות בדרכים ובחוסן ואכפתיות, לקראת מסע משותף לטבריה ולכנרת. דף זה יעזור לכם לתרגל את המושגים המרכזיים.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חוסן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יכולת להתמודד ולהתאושש מקושי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פיזי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הימנעות מכל סיכון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ידע בחוקי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מטרת שבוע הזהירות בדרכים?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להעלות מודעות לבטיחות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לתכנן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יוצא המסע המתואר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לטבריה ולכנרת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דוגמה טובה לקבלת החלטה נכונה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לחצות כביש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לחכות לרמזור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בטלפון תוך כדי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אכפתיות?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התעלמות מהסביבה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תשומת לב לצרכים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מהירות בקבלת החלטות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חשוב לבדוק לפני יציאה למסלול 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 האוויר והציוד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השעה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שם היעד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אפשר לצאת ישר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אישי אומר שלעולם לא מרגישים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הזהירות בדרכים עוסק גם בהתנהגות הולכי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החלטות טובה דורשת מחשבה לפני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אכפתיות רלוונטית רק כלפי בני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בטוח הוא מסלול שתוכנן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קשר בין בטיחות בדרכים לבין קבלת החלטות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היכולת להתאושש מקושי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חציית כביש חשוב לבדוק ש__________ אדום לרכבים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המסע המתואר יוצא לכיוון טבריה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לשים לב לרגשות של אחרים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בחירה מחושבת בין כמה אפשרויות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דרך מתוכננת מראש לנסיעה בטוחה נקראת __________ בטוח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מצב של סכנה אפשרית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אכפתיות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מתוכננת לנסיעה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מסלול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בחירה מחושבת בין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קבלת החלטות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התמודדות עם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תשומת לב לאחרים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לפני יציאה למסע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ציוד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לתכנן את המסלול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ליידע מבוגר אחראי על התוכנית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לצאת לדרך בזהירות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מזג האוויר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הייתם צריכים לקבל החלטה חשובה בדרך או בטיול. איך פעלתם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דרכים שבהן אפשר להראות אכפתיות כלפי חברים במהלך מסע או טיול משותף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חוסן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בטיחותית בדרכים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לתכנן מסלול מראש?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חוסן, בטיחות וקבלת החלטות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