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בבטיחות בדרכים ובחוסן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נכונה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לנושא היציאה למסע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יכולת להתמודד ולהתאושש מקושי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להעלות מודעות לבטיחות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לטבריה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לחכות לרמזור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תשומת לב לצרכים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מזג האוויר והציוד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קושי, לא להימנע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הזהירות בדרכים כוללת גם הולכי רגל וגם 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חשיבה מראש מפחיתה סיכונים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אכפתיות חשובה כלפי כל אדם בסביבה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תכנון מראש מגביר את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קבלת החלטות נכונה היא חלק מרכזי מהתנהגות בטיחותית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אכפתיות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(התמודדות עם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(תשומת לב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(דרך מתוכננת לנסיעה)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(בחירה מחושבת בין אפשרויות)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(מצב של סכנה אפשרית)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לפני יציאה 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לתכנן את המסלול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ליידע מבוגר אחראי על התוכנית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לצאת לדרך 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את ההחלטה שהתקבלה ואת הסיבות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לעזור לחבר שמתעייף, לשתף ציוד, להקשיב לצרכים של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התמודדות והתאוששות מקושי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חציה במעבר חציה או בהמתנה לרמזור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להימנע מסיכונים ולהגיע בבטחה ליעד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בהקרנת המצגת ולקשר את הדף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חוויות אישיות הקשורות לבטיחות ולחוסן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לומדים על זהירות בדרך ועל חוסן. יוצאים לטיול לטבריה ולכנרת. נתרגל מילים 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לרגשות ולצרכים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קבלת החלטות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בין כמה אפשרויות באופן מחושב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 בדרכים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בטוחה בכביש, במעבר חציה וברכב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בטוח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מתוכננת מראש שבה נוסעים או הולכים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שיש בו סכנה אפשרית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של התכנסות ושיחה קבוצתית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התמודדות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מול קושי או אתגר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להתמודד ולהתאושש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מכל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בחוקי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שבוע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להעלות מודעות לבטיחות בכביש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נוסעים?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לטבריה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לעשות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לחצות כביש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לרמזור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בטלפון תוך כדי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אכפתיות?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התעלמות מהסביבה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תשומת לב לצרכים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בקבלת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לפני 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 והציוד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אפשר לצאת ישר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אומר שלעולם לא מרגישים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הזהירות בדרכים עוסק גם בהתנהגות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טובה דורשת מחשבה לפני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אכפתיות רלוונטית רק כלפי בני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בטוח הוא מסלול שתוכנן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קשר בין בטיחות בדרכים לבין קבלת החלטות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היכולת להתאושש מקושי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חציית כביש חשוב לבדוק ש__________ אדום לרכבים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המסע המתואר יוצא לכיוון טבריה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לשים לב לרגשות של 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בחירה מחושבת בין כמה אפשרויות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דרך מתוכננת מראש לנסיעה בטוחה נקראת __________ בטוח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בחירה מחושבת בין אפשרויות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אכפתיות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של סכנה אפשרית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תשומת לב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קבלת החלטות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מתוכננת לנסיעה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התמודדות עם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לפני יציאה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את המסלול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מזג האוויר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ליידע מבוגר אחראי על התוכנית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ציוד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לצאת לדרך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הייתם צריכים לקבל החלטה חשובה בדרך או בטיול. איך פעלתם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להראות אכפתיות כלפי חברים במהלך מסע או טיול משותף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חוסן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בטיחותית בדרכים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לתכנן מסלול מראש?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