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בבטיחות בדרכים ובחוסן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נכונה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להתחבר לנושא היציאה למסע לטבריה ולכנרת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יכולת להתמודד ולהתאושש מקושי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להעלות מודעות לבטיחות בכביש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לטבריה ולכנרת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חוסן הוא היכולת להתמודד עם קושי, לא להימנע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הזהירות בדרכים כוללת גם הולכי רגל וגם 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חשיבה מראש מפחיתה סיכונים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(התמודדות עם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(תשומת לב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(דרך מתוכננת לנסיעה)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(בחירה מחושבת בין אפשרויות)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לפני יציאה למסע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את מזג האוויר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ציוד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לתכנן את המסלול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ליידע מבוגר אחראי על התוכנית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מצב, את ההחלטה שהתקבלה ואת הסיבות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התמודדות והתאוששות מקושי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חציה במעבר חציה או בהמתנה לרמזור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להימנע מסיכונים ולהגיע בבטחה ליעד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בהקרנת המצגת ולקשר את הדף לתוכנה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חוויות אישיות הקשורות לבטיחות ולחוסן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בשבוע זה אנחנו עוסקים בזהירות בדרכים ובחוסן ואכפתיות, לקראת מסע משותף לטבריה ולכנרת. דף זה יעזור לכם לתרגל את המושגים המרכזיים.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הרמזור  ·  הכנרת  ·  חוסן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חוסן 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יכולת להתמודד ולהתאושש מקושי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כוח פיזי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הימנעות מכל סיכון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מטרת שבוע הזהירות בדרכים?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ללמוד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להעלות מודעות לבטיחות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לתכנן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לאן יוצא המסע המתואר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לטבריה ולכנרת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חוסן אישי אומר שלעולם לא מרגישים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 הזהירות בדרכים עוסק גם בהתנהגות הולכי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קבלת החלטות טובה דורשת מחשבה לפני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היכולת להתאושש מקושי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חציית כביש חשוב לבדוק ש__________ אדום לרכבים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המסע המתואר יוצא לכיוון טבריה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תשומת לב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אכפתיות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דרך מתוכננת לנסיעה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מסלול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בחירה מחושבת בין אפשרויות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קבלת החלטות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התמודדות עם קושי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לפני יציאה למסע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ציוד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את מזג האוויר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ליידע מבוגר אחראי על התוכנית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לתכנן את המסלול מראש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שבו הייתם צריכים לקבל החלטה חשובה בדרך או בטיול. איך פעלתם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חוסן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להתנהגות בטיחותית בדרכים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חוסן, בטיחות וקבלת החלטות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